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ABF7D2" w14:textId="72459E9E" w:rsidR="006C6682" w:rsidRDefault="00A50BF8">
      <w:pPr>
        <w:jc w:val="center"/>
      </w:pPr>
      <w:r w:rsidRPr="00A50BF8">
        <w:rPr>
          <w:rFonts w:ascii="Segoe UI Emoji" w:hAnsi="Segoe UI Emoji" w:cs="Segoe UI Emoji"/>
          <w:b/>
          <w:sz w:val="32"/>
        </w:rPr>
        <w:t>🌿🐚🐻🏡🕸</w:t>
      </w:r>
      <w:proofErr w:type="gramStart"/>
      <w:r w:rsidRPr="00A50BF8">
        <w:rPr>
          <w:rFonts w:ascii="Segoe UI Emoji" w:hAnsi="Segoe UI Emoji" w:cs="Segoe UI Emoji"/>
          <w:b/>
          <w:sz w:val="32"/>
        </w:rPr>
        <w:t>️</w:t>
      </w:r>
      <w:r>
        <w:rPr>
          <w:rFonts w:ascii="Segoe UI Emoji" w:hAnsi="Segoe UI Emoji" w:cs="Segoe UI Emoji"/>
          <w:b/>
          <w:sz w:val="32"/>
        </w:rPr>
        <w:t xml:space="preserve">  </w:t>
      </w:r>
      <w:r>
        <w:rPr>
          <w:b/>
          <w:sz w:val="32"/>
        </w:rPr>
        <w:t>BIOMIMICRY</w:t>
      </w:r>
      <w:proofErr w:type="gramEnd"/>
      <w:r>
        <w:rPr>
          <w:b/>
          <w:sz w:val="32"/>
        </w:rPr>
        <w:t xml:space="preserve">  </w:t>
      </w:r>
      <w:r w:rsidRPr="00A50BF8">
        <w:rPr>
          <w:rFonts w:ascii="Segoe UI Emoji" w:hAnsi="Segoe UI Emoji" w:cs="Segoe UI Emoji"/>
          <w:b/>
          <w:sz w:val="32"/>
        </w:rPr>
        <w:t>🍃🐜🏗️🔬✨</w:t>
      </w:r>
    </w:p>
    <w:p w14:paraId="284F22C9" w14:textId="1237549D" w:rsidR="006C6682" w:rsidRDefault="00000000">
      <w:pPr>
        <w:jc w:val="center"/>
      </w:pPr>
      <w:r>
        <w:rPr>
          <w:sz w:val="24"/>
        </w:rPr>
        <w:t xml:space="preserve">Biomimicry means people learn from animals and nature to build </w:t>
      </w:r>
      <w:r w:rsidR="00A50BF8">
        <w:rPr>
          <w:sz w:val="24"/>
        </w:rPr>
        <w:t xml:space="preserve">new </w:t>
      </w:r>
      <w:r>
        <w:rPr>
          <w:sz w:val="24"/>
        </w:rPr>
        <w:t>things.</w:t>
      </w:r>
    </w:p>
    <w:p w14:paraId="7EF63748" w14:textId="62E4B7A2" w:rsidR="006C6682" w:rsidRDefault="006C6682"/>
    <w:p w14:paraId="52E9DA55" w14:textId="77777777" w:rsidR="00A50BF8" w:rsidRDefault="00A50BF8">
      <w:pPr>
        <w:rPr>
          <w:b/>
          <w:sz w:val="20"/>
        </w:rPr>
        <w:sectPr w:rsidR="00A50BF8" w:rsidSect="00034616">
          <w:pgSz w:w="12240" w:h="15840"/>
          <w:pgMar w:top="720" w:right="864" w:bottom="720" w:left="864" w:header="720" w:footer="720" w:gutter="0"/>
          <w:cols w:space="720"/>
          <w:docGrid w:linePitch="360"/>
        </w:sectPr>
      </w:pPr>
    </w:p>
    <w:p w14:paraId="46B3C330" w14:textId="41353BE6" w:rsidR="006C6682" w:rsidRDefault="00000000">
      <w:r>
        <w:rPr>
          <w:b/>
          <w:sz w:val="20"/>
        </w:rPr>
        <w:t>Job 12:7–10 (NIV)</w:t>
      </w:r>
      <w:r w:rsidR="00A50BF8" w:rsidRPr="00A50BF8">
        <w:rPr>
          <w:b/>
          <w:sz w:val="28"/>
          <w:szCs w:val="32"/>
        </w:rPr>
        <w:t xml:space="preserve"> </w:t>
      </w:r>
      <w:r w:rsidR="00A50BF8" w:rsidRPr="00A50BF8">
        <w:rPr>
          <w:rFonts w:ascii="Segoe UI Emoji" w:hAnsi="Segoe UI Emoji" w:cs="Segoe UI Emoji"/>
          <w:b/>
          <w:sz w:val="28"/>
          <w:szCs w:val="32"/>
        </w:rPr>
        <w:t>❓🤔🔍🧭🌿👀🗺️✨</w:t>
      </w:r>
    </w:p>
    <w:p w14:paraId="7953CFFE" w14:textId="09679AC3" w:rsidR="006C6682" w:rsidRDefault="00000000">
      <w:pPr>
        <w:rPr>
          <w:rFonts w:ascii="Segoe UI Emoji" w:hAnsi="Segoe UI Emoji" w:cs="Segoe UI Emoji"/>
          <w:b/>
          <w:sz w:val="44"/>
          <w:szCs w:val="48"/>
        </w:rPr>
      </w:pPr>
      <w:r w:rsidRPr="00A50BF8">
        <w:rPr>
          <w:sz w:val="20"/>
          <w:szCs w:val="28"/>
        </w:rPr>
        <w:t>But ask the animals, and they will teach you,</w:t>
      </w:r>
      <w:r w:rsidRPr="00A50BF8">
        <w:rPr>
          <w:sz w:val="20"/>
          <w:szCs w:val="28"/>
        </w:rPr>
        <w:br/>
        <w:t>or the birds in the sky, and they will tell you;</w:t>
      </w:r>
      <w:r w:rsidRPr="00A50BF8">
        <w:rPr>
          <w:sz w:val="20"/>
          <w:szCs w:val="28"/>
        </w:rPr>
        <w:br/>
        <w:t>or speak to the earth, and it will teach you,</w:t>
      </w:r>
      <w:r w:rsidRPr="00A50BF8">
        <w:rPr>
          <w:sz w:val="20"/>
          <w:szCs w:val="28"/>
        </w:rPr>
        <w:br/>
        <w:t>or let the fish in the sea inform you.</w:t>
      </w:r>
      <w:r w:rsidRPr="00A50BF8">
        <w:rPr>
          <w:sz w:val="20"/>
          <w:szCs w:val="28"/>
        </w:rPr>
        <w:br/>
        <w:t>Which of all these does not know</w:t>
      </w:r>
      <w:r w:rsidRPr="00A50BF8">
        <w:rPr>
          <w:sz w:val="20"/>
          <w:szCs w:val="28"/>
        </w:rPr>
        <w:br/>
        <w:t>that the hand of the Lord has done this?</w:t>
      </w:r>
      <w:r w:rsidRPr="00A50BF8">
        <w:rPr>
          <w:sz w:val="20"/>
          <w:szCs w:val="28"/>
        </w:rPr>
        <w:br/>
        <w:t>In his hand is the life of every creature</w:t>
      </w:r>
      <w:r w:rsidRPr="00A50BF8">
        <w:rPr>
          <w:sz w:val="20"/>
          <w:szCs w:val="28"/>
        </w:rPr>
        <w:br/>
        <w:t>and the breath of all mankind.</w:t>
      </w:r>
      <w:r w:rsidR="00A50BF8">
        <w:rPr>
          <w:sz w:val="20"/>
          <w:szCs w:val="28"/>
        </w:rPr>
        <w:t xml:space="preserve"> </w:t>
      </w:r>
      <w:r w:rsidR="00A50BF8">
        <w:rPr>
          <w:sz w:val="20"/>
          <w:szCs w:val="28"/>
        </w:rPr>
        <w:br/>
      </w:r>
      <w:r w:rsidR="00A50BF8">
        <w:rPr>
          <w:sz w:val="20"/>
          <w:szCs w:val="28"/>
        </w:rPr>
        <w:br/>
      </w:r>
      <w:r w:rsidR="00A50BF8" w:rsidRPr="00A50BF8">
        <w:rPr>
          <w:rFonts w:ascii="Segoe UI Emoji" w:hAnsi="Segoe UI Emoji" w:cs="Segoe UI Emoji"/>
          <w:sz w:val="40"/>
          <w:szCs w:val="40"/>
        </w:rPr>
        <w:t>🐶</w:t>
      </w:r>
      <w:r w:rsidR="00A50BF8" w:rsidRPr="00A50BF8">
        <w:rPr>
          <w:sz w:val="40"/>
          <w:szCs w:val="40"/>
        </w:rPr>
        <w:t xml:space="preserve"> </w:t>
      </w:r>
      <w:r w:rsidR="00A50BF8" w:rsidRPr="00A50BF8">
        <w:rPr>
          <w:rFonts w:ascii="Segoe UI Emoji" w:hAnsi="Segoe UI Emoji" w:cs="Segoe UI Emoji"/>
          <w:sz w:val="40"/>
          <w:szCs w:val="40"/>
        </w:rPr>
        <w:t>🐱</w:t>
      </w:r>
      <w:r w:rsidR="00A50BF8" w:rsidRPr="00A50BF8">
        <w:rPr>
          <w:sz w:val="40"/>
          <w:szCs w:val="40"/>
        </w:rPr>
        <w:t xml:space="preserve"> </w:t>
      </w:r>
      <w:r w:rsidR="00A50BF8" w:rsidRPr="00A50BF8">
        <w:rPr>
          <w:rFonts w:ascii="Segoe UI Emoji" w:hAnsi="Segoe UI Emoji" w:cs="Segoe UI Emoji"/>
          <w:sz w:val="40"/>
          <w:szCs w:val="40"/>
        </w:rPr>
        <w:t>🐻</w:t>
      </w:r>
      <w:r w:rsidR="00A50BF8" w:rsidRPr="00A50BF8">
        <w:rPr>
          <w:sz w:val="40"/>
          <w:szCs w:val="40"/>
        </w:rPr>
        <w:t xml:space="preserve"> </w:t>
      </w:r>
      <w:r w:rsidR="00A50BF8" w:rsidRPr="00A50BF8">
        <w:rPr>
          <w:rFonts w:ascii="Segoe UI Emoji" w:hAnsi="Segoe UI Emoji" w:cs="Segoe UI Emoji"/>
          <w:sz w:val="40"/>
          <w:szCs w:val="40"/>
        </w:rPr>
        <w:t>🐰</w:t>
      </w:r>
      <w:r w:rsidR="00A50BF8" w:rsidRPr="00A50BF8">
        <w:rPr>
          <w:sz w:val="40"/>
          <w:szCs w:val="40"/>
        </w:rPr>
        <w:t xml:space="preserve"> </w:t>
      </w:r>
      <w:r w:rsidR="00A50BF8" w:rsidRPr="00A50BF8">
        <w:rPr>
          <w:rFonts w:ascii="Segoe UI Emoji" w:hAnsi="Segoe UI Emoji" w:cs="Segoe UI Emoji"/>
          <w:sz w:val="40"/>
          <w:szCs w:val="40"/>
        </w:rPr>
        <w:t>🦊</w:t>
      </w:r>
      <w:r w:rsidR="00A50BF8" w:rsidRPr="00A50BF8">
        <w:rPr>
          <w:sz w:val="40"/>
          <w:szCs w:val="40"/>
        </w:rPr>
        <w:t xml:space="preserve"> </w:t>
      </w:r>
      <w:r w:rsidR="00A50BF8" w:rsidRPr="00A50BF8">
        <w:rPr>
          <w:rFonts w:ascii="Segoe UI Emoji" w:hAnsi="Segoe UI Emoji" w:cs="Segoe UI Emoji"/>
          <w:sz w:val="40"/>
          <w:szCs w:val="40"/>
        </w:rPr>
        <w:t>🐼</w:t>
      </w:r>
      <w:r w:rsidR="00A50BF8" w:rsidRPr="00A50BF8">
        <w:rPr>
          <w:sz w:val="40"/>
          <w:szCs w:val="40"/>
        </w:rPr>
        <w:t xml:space="preserve"> </w:t>
      </w:r>
      <w:r w:rsidR="00A50BF8" w:rsidRPr="00A50BF8">
        <w:rPr>
          <w:rFonts w:ascii="Segoe UI Emoji" w:hAnsi="Segoe UI Emoji" w:cs="Segoe UI Emoji"/>
          <w:sz w:val="40"/>
          <w:szCs w:val="40"/>
        </w:rPr>
        <w:t>🐨</w:t>
      </w:r>
      <w:r w:rsidR="00A50BF8" w:rsidRPr="00A50BF8">
        <w:rPr>
          <w:sz w:val="40"/>
          <w:szCs w:val="40"/>
        </w:rPr>
        <w:t xml:space="preserve"> </w:t>
      </w:r>
      <w:r w:rsidR="00A50BF8" w:rsidRPr="00A50BF8">
        <w:rPr>
          <w:rFonts w:ascii="Segoe UI Emoji" w:hAnsi="Segoe UI Emoji" w:cs="Segoe UI Emoji"/>
          <w:sz w:val="40"/>
          <w:szCs w:val="40"/>
        </w:rPr>
        <w:t>🐯</w:t>
      </w:r>
      <w:r w:rsidR="00A50BF8" w:rsidRPr="00A50BF8">
        <w:rPr>
          <w:sz w:val="40"/>
          <w:szCs w:val="40"/>
        </w:rPr>
        <w:t xml:space="preserve"> </w:t>
      </w:r>
      <w:r w:rsidR="00A50BF8" w:rsidRPr="00A50BF8">
        <w:rPr>
          <w:rFonts w:ascii="Segoe UI Emoji" w:hAnsi="Segoe UI Emoji" w:cs="Segoe UI Emoji"/>
          <w:sz w:val="40"/>
          <w:szCs w:val="40"/>
        </w:rPr>
        <w:t>🦁</w:t>
      </w:r>
      <w:r w:rsidR="00A50BF8" w:rsidRPr="00A50BF8">
        <w:rPr>
          <w:sz w:val="40"/>
          <w:szCs w:val="40"/>
        </w:rPr>
        <w:t xml:space="preserve"> </w:t>
      </w:r>
      <w:r w:rsidR="00A50BF8" w:rsidRPr="00A50BF8">
        <w:rPr>
          <w:rFonts w:ascii="Segoe UI Emoji" w:hAnsi="Segoe UI Emoji" w:cs="Segoe UI Emoji"/>
          <w:sz w:val="40"/>
          <w:szCs w:val="40"/>
        </w:rPr>
        <w:t>🐸</w:t>
      </w:r>
      <w:r w:rsidR="00A50BF8" w:rsidRPr="00A50BF8">
        <w:rPr>
          <w:sz w:val="40"/>
          <w:szCs w:val="40"/>
        </w:rPr>
        <w:t xml:space="preserve"> </w:t>
      </w:r>
      <w:r w:rsidR="00A50BF8" w:rsidRPr="00A50BF8">
        <w:rPr>
          <w:rFonts w:ascii="Segoe UI Emoji" w:hAnsi="Segoe UI Emoji" w:cs="Segoe UI Emoji"/>
          <w:sz w:val="40"/>
          <w:szCs w:val="40"/>
        </w:rPr>
        <w:t>🐵</w:t>
      </w:r>
      <w:r w:rsidR="00A50BF8" w:rsidRPr="00A50BF8">
        <w:rPr>
          <w:sz w:val="40"/>
          <w:szCs w:val="40"/>
        </w:rPr>
        <w:t xml:space="preserve"> </w:t>
      </w:r>
      <w:r w:rsidR="00A50BF8" w:rsidRPr="00A50BF8">
        <w:rPr>
          <w:rFonts w:ascii="Segoe UI Emoji" w:hAnsi="Segoe UI Emoji" w:cs="Segoe UI Emoji"/>
          <w:sz w:val="40"/>
          <w:szCs w:val="40"/>
        </w:rPr>
        <w:t>🦉</w:t>
      </w:r>
      <w:r w:rsidR="00A50BF8" w:rsidRPr="00A50BF8">
        <w:rPr>
          <w:sz w:val="40"/>
          <w:szCs w:val="40"/>
        </w:rPr>
        <w:t xml:space="preserve"> </w:t>
      </w:r>
      <w:r w:rsidR="00A50BF8" w:rsidRPr="00A50BF8">
        <w:rPr>
          <w:rFonts w:ascii="Segoe UI Emoji" w:hAnsi="Segoe UI Emoji" w:cs="Segoe UI Emoji"/>
          <w:sz w:val="40"/>
          <w:szCs w:val="40"/>
        </w:rPr>
        <w:t>🐧</w:t>
      </w:r>
      <w:r w:rsidR="00A50BF8" w:rsidRPr="00A50BF8">
        <w:rPr>
          <w:rFonts w:ascii="Segoe UI Emoji" w:hAnsi="Segoe UI Emoji" w:cs="Segoe UI Emoji"/>
          <w:b/>
          <w:sz w:val="44"/>
          <w:szCs w:val="48"/>
        </w:rPr>
        <w:t xml:space="preserve"> 🦔</w:t>
      </w:r>
    </w:p>
    <w:p w14:paraId="562CDAA6" w14:textId="016D9FDD" w:rsidR="00A50BF8" w:rsidRDefault="00A50BF8">
      <w:pPr>
        <w:rPr>
          <w:rFonts w:ascii="Segoe UI Emoji" w:hAnsi="Segoe UI Emoji" w:cs="Segoe UI Emoji"/>
          <w:b/>
          <w:sz w:val="44"/>
          <w:szCs w:val="48"/>
        </w:rPr>
      </w:pPr>
      <w:r w:rsidRPr="00A50BF8">
        <w:rPr>
          <w:rFonts w:ascii="Segoe UI Emoji" w:hAnsi="Segoe UI Emoji" w:cs="Segoe UI Emoji"/>
          <w:b/>
          <w:sz w:val="44"/>
          <w:szCs w:val="48"/>
        </w:rPr>
        <w:t>🐟</w:t>
      </w:r>
      <w:r w:rsidRPr="00A50BF8">
        <w:rPr>
          <w:b/>
          <w:sz w:val="44"/>
          <w:szCs w:val="48"/>
        </w:rPr>
        <w:t xml:space="preserve"> </w:t>
      </w:r>
      <w:r w:rsidRPr="00A50BF8">
        <w:rPr>
          <w:rFonts w:ascii="Segoe UI Emoji" w:hAnsi="Segoe UI Emoji" w:cs="Segoe UI Emoji"/>
          <w:b/>
          <w:sz w:val="44"/>
          <w:szCs w:val="48"/>
        </w:rPr>
        <w:t>🐬</w:t>
      </w:r>
      <w:r w:rsidRPr="00A50BF8">
        <w:rPr>
          <w:b/>
          <w:sz w:val="44"/>
          <w:szCs w:val="48"/>
        </w:rPr>
        <w:t xml:space="preserve"> </w:t>
      </w:r>
      <w:r w:rsidRPr="00A50BF8">
        <w:rPr>
          <w:rFonts w:ascii="Segoe UI Emoji" w:hAnsi="Segoe UI Emoji" w:cs="Segoe UI Emoji"/>
          <w:b/>
          <w:sz w:val="44"/>
          <w:szCs w:val="48"/>
        </w:rPr>
        <w:t>🐳🦒</w:t>
      </w:r>
      <w:r w:rsidRPr="00A50BF8">
        <w:rPr>
          <w:b/>
          <w:sz w:val="44"/>
          <w:szCs w:val="48"/>
        </w:rPr>
        <w:t xml:space="preserve"> </w:t>
      </w:r>
      <w:r w:rsidRPr="00A50BF8">
        <w:rPr>
          <w:rFonts w:ascii="Segoe UI Emoji" w:hAnsi="Segoe UI Emoji" w:cs="Segoe UI Emoji"/>
          <w:b/>
          <w:sz w:val="44"/>
          <w:szCs w:val="48"/>
        </w:rPr>
        <w:t>🦓</w:t>
      </w:r>
      <w:r w:rsidRPr="00A50BF8">
        <w:rPr>
          <w:b/>
          <w:sz w:val="44"/>
          <w:szCs w:val="48"/>
        </w:rPr>
        <w:t xml:space="preserve"> </w:t>
      </w:r>
      <w:r w:rsidRPr="00A50BF8">
        <w:rPr>
          <w:rFonts w:ascii="Segoe UI Emoji" w:hAnsi="Segoe UI Emoji" w:cs="Segoe UI Emoji"/>
          <w:b/>
          <w:sz w:val="44"/>
          <w:szCs w:val="48"/>
        </w:rPr>
        <w:t>🦌</w:t>
      </w:r>
      <w:r w:rsidRPr="00A50BF8">
        <w:rPr>
          <w:b/>
          <w:sz w:val="44"/>
          <w:szCs w:val="48"/>
        </w:rPr>
        <w:t xml:space="preserve"> </w:t>
      </w:r>
      <w:r w:rsidRPr="00A50BF8">
        <w:rPr>
          <w:rFonts w:ascii="Segoe UI Emoji" w:hAnsi="Segoe UI Emoji" w:cs="Segoe UI Emoji"/>
          <w:b/>
          <w:sz w:val="44"/>
          <w:szCs w:val="48"/>
        </w:rPr>
        <w:t>🐿️</w:t>
      </w:r>
    </w:p>
    <w:p w14:paraId="0BAD05AA" w14:textId="29F666F2" w:rsidR="00A50BF8" w:rsidRPr="00A50BF8" w:rsidRDefault="003E3417">
      <w:pPr>
        <w:rPr>
          <w:sz w:val="96"/>
          <w:szCs w:val="96"/>
        </w:rPr>
      </w:pPr>
      <w:r w:rsidRPr="00A50BF8">
        <w:rPr>
          <w:noProof/>
          <w:sz w:val="16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676BDA45" wp14:editId="207EEBDE">
                <wp:simplePos x="0" y="0"/>
                <wp:positionH relativeFrom="column">
                  <wp:posOffset>-401991</wp:posOffset>
                </wp:positionH>
                <wp:positionV relativeFrom="paragraph">
                  <wp:posOffset>600986</wp:posOffset>
                </wp:positionV>
                <wp:extent cx="3735238" cy="1404620"/>
                <wp:effectExtent l="0" t="0" r="17780" b="1079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523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C1C52" w14:textId="51241841" w:rsidR="00A50BF8" w:rsidRDefault="00A50BF8"/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90"/>
                              <w:gridCol w:w="2790"/>
                            </w:tblGrid>
                            <w:tr w:rsidR="00A50BF8" w14:paraId="2E8D87CA" w14:textId="77777777" w:rsidTr="000632EB">
                              <w:tc>
                                <w:tcPr>
                                  <w:tcW w:w="2790" w:type="dxa"/>
                                </w:tcPr>
                                <w:p w14:paraId="47573AB9" w14:textId="2B1873CA" w:rsidR="00A50BF8" w:rsidRDefault="00A50BF8" w:rsidP="00A50BF8">
                                  <w:r>
                                    <w:rPr>
                                      <w:sz w:val="20"/>
                                    </w:rPr>
                                    <w:t>🐚 Nautilus Shell → Dome Homes</w:t>
                                  </w:r>
                                  <w:r>
                                    <w:rPr>
                                      <w:sz w:val="20"/>
                                    </w:rPr>
                                    <w:br/>
                                    <w:t>Nature uses curved shapes to make strong shells.</w:t>
                                  </w:r>
                                  <w:r>
                                    <w:rPr>
                                      <w:sz w:val="20"/>
                                    </w:rPr>
                                    <w:br/>
                                    <w:t>People copy this to build strong dome homes.</w:t>
                                  </w:r>
                                  <w:r>
                                    <w:rPr>
                                      <w:sz w:val="20"/>
                                    </w:rPr>
                                    <w:br/>
                                    <w:t>Draw your own dome home:</w:t>
                                  </w:r>
                                </w:p>
                              </w:tc>
                              <w:tc>
                                <w:tcPr>
                                  <w:tcW w:w="2790" w:type="dxa"/>
                                </w:tcPr>
                                <w:p w14:paraId="7874A93D" w14:textId="58ED851C" w:rsidR="00A50BF8" w:rsidRPr="003E3417" w:rsidRDefault="00A50BF8" w:rsidP="00A50BF8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🐻 Bear Den → Earth Homes</w:t>
                                  </w:r>
                                  <w:r>
                                    <w:rPr>
                                      <w:sz w:val="20"/>
                                    </w:rPr>
                                    <w:br/>
                                    <w:t>Bears dig into hills for warm, safe dens.</w:t>
                                  </w:r>
                                  <w:r>
                                    <w:rPr>
                                      <w:sz w:val="20"/>
                                    </w:rPr>
                                    <w:br/>
                                    <w:t>People copy this by building homes into hills.</w:t>
                                  </w:r>
                                  <w:r>
                                    <w:rPr>
                                      <w:sz w:val="20"/>
                                    </w:rPr>
                                    <w:br/>
                                  </w:r>
                                  <w:r>
                                    <w:rPr>
                                      <w:sz w:val="20"/>
                                    </w:rPr>
                                    <w:br/>
                                    <w:t>Draw your own earth home:</w:t>
                                  </w:r>
                                </w:p>
                              </w:tc>
                            </w:tr>
                            <w:tr w:rsidR="00A50BF8" w14:paraId="7D32D1F0" w14:textId="77777777" w:rsidTr="000632EB">
                              <w:tc>
                                <w:tcPr>
                                  <w:tcW w:w="279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69F2954" w14:textId="77777777" w:rsidR="00A50BF8" w:rsidRDefault="00A50BF8" w:rsidP="00A50BF8">
                                  <w:r>
                                    <w:rPr>
                                      <w:sz w:val="24"/>
                                    </w:rPr>
                                    <w:br/>
                                  </w:r>
                                  <w:r>
                                    <w:rPr>
                                      <w:sz w:val="24"/>
                                    </w:rPr>
                                    <w:br/>
                                  </w:r>
                                  <w:r>
                                    <w:rPr>
                                      <w:sz w:val="24"/>
                                    </w:rPr>
                                    <w:br/>
                                  </w:r>
                                  <w:r>
                                    <w:rPr>
                                      <w:sz w:val="24"/>
                                    </w:rPr>
                                    <w:br/>
                                  </w:r>
                                  <w:r>
                                    <w:rPr>
                                      <w:sz w:val="24"/>
                                    </w:rPr>
                                    <w:br/>
                                  </w:r>
                                  <w:r>
                                    <w:rPr>
                                      <w:sz w:val="24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279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3011FEF" w14:textId="77777777" w:rsidR="00A50BF8" w:rsidRDefault="00A50BF8" w:rsidP="00A50BF8">
                                  <w:r>
                                    <w:rPr>
                                      <w:sz w:val="24"/>
                                    </w:rPr>
                                    <w:br/>
                                  </w:r>
                                  <w:r>
                                    <w:rPr>
                                      <w:sz w:val="24"/>
                                    </w:rPr>
                                    <w:br/>
                                  </w:r>
                                  <w:r>
                                    <w:rPr>
                                      <w:sz w:val="24"/>
                                    </w:rPr>
                                    <w:br/>
                                  </w:r>
                                  <w:r>
                                    <w:rPr>
                                      <w:sz w:val="24"/>
                                    </w:rPr>
                                    <w:br/>
                                  </w:r>
                                  <w:r>
                                    <w:rPr>
                                      <w:sz w:val="24"/>
                                    </w:rPr>
                                    <w:br/>
                                  </w:r>
                                  <w:r>
                                    <w:rPr>
                                      <w:sz w:val="24"/>
                                    </w:rPr>
                                    <w:br/>
                                  </w:r>
                                </w:p>
                              </w:tc>
                            </w:tr>
                          </w:tbl>
                          <w:p w14:paraId="1738D5F1" w14:textId="39E58E9D" w:rsidR="00A50BF8" w:rsidRDefault="00A50BF8" w:rsidP="00A50BF8">
                            <w:pPr>
                              <w:jc w:val="center"/>
                            </w:pPr>
                            <w:r>
                              <w:t>Next: Create a home out of clay!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76BDA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1.65pt;margin-top:47.3pt;width:294.1pt;height:110.6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">
                <v:textbox style="mso-fit-shape-to-text:t">
                  <w:txbxContent>
                    <w:p w14:paraId="2F7C1C52" w14:textId="51241841" w:rsidR="00A50BF8" w:rsidRDefault="00A50BF8"/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790"/>
                        <w:gridCol w:w="2790"/>
                      </w:tblGrid>
                      <w:tr w:rsidR="00A50BF8" w14:paraId="2E8D87CA" w14:textId="77777777" w:rsidTr="000632EB">
                        <w:tc>
                          <w:tcPr>
                            <w:tcW w:w="2790" w:type="dxa"/>
                          </w:tcPr>
                          <w:p w14:paraId="47573AB9" w14:textId="2B1873CA" w:rsidR="00A50BF8" w:rsidRDefault="00A50BF8" w:rsidP="00A50BF8">
                            <w:r>
                              <w:rPr>
                                <w:sz w:val="20"/>
                              </w:rPr>
                              <w:t>🐚 Nautilus Shell → Dome Homes</w:t>
                            </w:r>
                            <w:r>
                              <w:rPr>
                                <w:sz w:val="20"/>
                              </w:rPr>
                              <w:br/>
                              <w:t>Nature uses curved shapes to make strong shells.</w:t>
                            </w:r>
                            <w:r>
                              <w:rPr>
                                <w:sz w:val="20"/>
                              </w:rPr>
                              <w:br/>
                              <w:t>People copy this to build strong dome homes.</w:t>
                            </w:r>
                            <w:r>
                              <w:rPr>
                                <w:sz w:val="20"/>
                              </w:rPr>
                              <w:br/>
                              <w:t>Draw your own dome home:</w:t>
                            </w:r>
                          </w:p>
                        </w:tc>
                        <w:tc>
                          <w:tcPr>
                            <w:tcW w:w="2790" w:type="dxa"/>
                          </w:tcPr>
                          <w:p w14:paraId="7874A93D" w14:textId="58ED851C" w:rsidR="00A50BF8" w:rsidRPr="003E3417" w:rsidRDefault="00A50BF8" w:rsidP="00A50BF8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🐻 Bear Den → Earth Homes</w:t>
                            </w:r>
                            <w:r>
                              <w:rPr>
                                <w:sz w:val="20"/>
                              </w:rPr>
                              <w:br/>
                              <w:t>Bears dig into hills for warm, safe dens.</w:t>
                            </w:r>
                            <w:r>
                              <w:rPr>
                                <w:sz w:val="20"/>
                              </w:rPr>
                              <w:br/>
                              <w:t>People copy this by building homes into hills.</w:t>
                            </w:r>
                            <w:r>
                              <w:rPr>
                                <w:sz w:val="20"/>
                              </w:rPr>
                              <w:br/>
                            </w:r>
                            <w:r>
                              <w:rPr>
                                <w:sz w:val="20"/>
                              </w:rPr>
                              <w:br/>
                              <w:t>Draw your own earth home:</w:t>
                            </w:r>
                          </w:p>
                        </w:tc>
                      </w:tr>
                      <w:tr w:rsidR="00A50BF8" w14:paraId="7D32D1F0" w14:textId="77777777" w:rsidTr="000632EB">
                        <w:tc>
                          <w:tcPr>
                            <w:tcW w:w="279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69F2954" w14:textId="77777777" w:rsidR="00A50BF8" w:rsidRDefault="00A50BF8" w:rsidP="00A50BF8">
                            <w:r>
                              <w:rPr>
                                <w:sz w:val="24"/>
                              </w:rPr>
                              <w:br/>
                            </w:r>
                            <w:r>
                              <w:rPr>
                                <w:sz w:val="24"/>
                              </w:rPr>
                              <w:br/>
                            </w:r>
                            <w:r>
                              <w:rPr>
                                <w:sz w:val="24"/>
                              </w:rPr>
                              <w:br/>
                            </w:r>
                            <w:r>
                              <w:rPr>
                                <w:sz w:val="24"/>
                              </w:rPr>
                              <w:br/>
                            </w:r>
                            <w:r>
                              <w:rPr>
                                <w:sz w:val="24"/>
                              </w:rPr>
                              <w:br/>
                            </w:r>
                            <w:r>
                              <w:rPr>
                                <w:sz w:val="24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279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3011FEF" w14:textId="77777777" w:rsidR="00A50BF8" w:rsidRDefault="00A50BF8" w:rsidP="00A50BF8">
                            <w:r>
                              <w:rPr>
                                <w:sz w:val="24"/>
                              </w:rPr>
                              <w:br/>
                            </w:r>
                            <w:r>
                              <w:rPr>
                                <w:sz w:val="24"/>
                              </w:rPr>
                              <w:br/>
                            </w:r>
                            <w:r>
                              <w:rPr>
                                <w:sz w:val="24"/>
                              </w:rPr>
                              <w:br/>
                            </w:r>
                            <w:r>
                              <w:rPr>
                                <w:sz w:val="24"/>
                              </w:rPr>
                              <w:br/>
                            </w:r>
                            <w:r>
                              <w:rPr>
                                <w:sz w:val="24"/>
                              </w:rPr>
                              <w:br/>
                            </w:r>
                            <w:r>
                              <w:rPr>
                                <w:sz w:val="24"/>
                              </w:rPr>
                              <w:br/>
                            </w:r>
                          </w:p>
                        </w:tc>
                      </w:tr>
                    </w:tbl>
                    <w:p w14:paraId="1738D5F1" w14:textId="39E58E9D" w:rsidR="00A50BF8" w:rsidRDefault="00A50BF8" w:rsidP="00A50BF8">
                      <w:pPr>
                        <w:jc w:val="center"/>
                      </w:pPr>
                      <w:r>
                        <w:t>Next: Create a home out of clay!</w:t>
                      </w:r>
                    </w:p>
                  </w:txbxContent>
                </v:textbox>
              </v:shape>
            </w:pict>
          </mc:Fallback>
        </mc:AlternateContent>
      </w:r>
      <w:r w:rsidR="00A50BF8" w:rsidRPr="00A50BF8">
        <w:rPr>
          <w:rFonts w:ascii="Segoe UI Emoji" w:hAnsi="Segoe UI Emoji" w:cs="Segoe UI Emoji"/>
          <w:b/>
          <w:sz w:val="48"/>
          <w:szCs w:val="52"/>
        </w:rPr>
        <w:t>🦋</w:t>
      </w:r>
      <w:r w:rsidR="00A50BF8" w:rsidRPr="00A50BF8">
        <w:rPr>
          <w:b/>
          <w:sz w:val="48"/>
          <w:szCs w:val="52"/>
        </w:rPr>
        <w:t xml:space="preserve"> </w:t>
      </w:r>
      <w:r w:rsidR="00A50BF8" w:rsidRPr="00A50BF8">
        <w:rPr>
          <w:rFonts w:ascii="Segoe UI Emoji" w:hAnsi="Segoe UI Emoji" w:cs="Segoe UI Emoji"/>
          <w:b/>
          <w:sz w:val="48"/>
          <w:szCs w:val="52"/>
        </w:rPr>
        <w:t>🐞</w:t>
      </w:r>
      <w:r w:rsidR="00A50BF8" w:rsidRPr="00A50BF8">
        <w:rPr>
          <w:b/>
          <w:sz w:val="48"/>
          <w:szCs w:val="52"/>
        </w:rPr>
        <w:t xml:space="preserve"> </w:t>
      </w:r>
      <w:r w:rsidR="00A50BF8" w:rsidRPr="00A50BF8">
        <w:rPr>
          <w:rFonts w:ascii="Segoe UI Emoji" w:hAnsi="Segoe UI Emoji" w:cs="Segoe UI Emoji"/>
          <w:b/>
          <w:sz w:val="48"/>
          <w:szCs w:val="52"/>
        </w:rPr>
        <w:t>🐜</w:t>
      </w:r>
      <w:r w:rsidR="00A50BF8" w:rsidRPr="00A50BF8">
        <w:rPr>
          <w:b/>
          <w:sz w:val="48"/>
          <w:szCs w:val="52"/>
        </w:rPr>
        <w:t xml:space="preserve"> </w:t>
      </w:r>
      <w:r w:rsidR="00A50BF8" w:rsidRPr="00A50BF8">
        <w:rPr>
          <w:rFonts w:ascii="Segoe UI Emoji" w:hAnsi="Segoe UI Emoji" w:cs="Segoe UI Emoji"/>
          <w:b/>
          <w:sz w:val="48"/>
          <w:szCs w:val="52"/>
        </w:rPr>
        <w:t>🕷️</w:t>
      </w:r>
      <w:r w:rsidR="00A50BF8" w:rsidRPr="00A50BF8">
        <w:rPr>
          <w:b/>
          <w:sz w:val="48"/>
          <w:szCs w:val="52"/>
        </w:rPr>
        <w:t xml:space="preserve"> </w:t>
      </w:r>
      <w:r w:rsidR="00A50BF8" w:rsidRPr="00A50BF8">
        <w:rPr>
          <w:rFonts w:ascii="Segoe UI Emoji" w:hAnsi="Segoe UI Emoji" w:cs="Segoe UI Emoji"/>
          <w:b/>
          <w:sz w:val="48"/>
          <w:szCs w:val="52"/>
        </w:rPr>
        <w:t>🐢</w:t>
      </w:r>
      <w:r w:rsidR="00A50BF8" w:rsidRPr="00A50BF8">
        <w:rPr>
          <w:b/>
          <w:sz w:val="48"/>
          <w:szCs w:val="52"/>
        </w:rPr>
        <w:t xml:space="preserve"> </w:t>
      </w:r>
      <w:r w:rsidR="00A50BF8" w:rsidRPr="00A50BF8">
        <w:rPr>
          <w:rFonts w:ascii="Segoe UI Emoji" w:hAnsi="Segoe UI Emoji" w:cs="Segoe UI Emoji"/>
          <w:b/>
          <w:sz w:val="48"/>
          <w:szCs w:val="52"/>
        </w:rPr>
        <w:t>🐍</w:t>
      </w:r>
    </w:p>
    <w:p w14:paraId="219BB473" w14:textId="386F8963" w:rsidR="006C6682" w:rsidRPr="00A50BF8" w:rsidRDefault="00A50BF8">
      <w:pPr>
        <w:rPr>
          <w:b/>
          <w:sz w:val="20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23ADD7AA" wp14:editId="73CE0F72">
            <wp:simplePos x="0" y="0"/>
            <wp:positionH relativeFrom="column">
              <wp:posOffset>4979527</wp:posOffset>
            </wp:positionH>
            <wp:positionV relativeFrom="paragraph">
              <wp:posOffset>953938</wp:posOffset>
            </wp:positionV>
            <wp:extent cx="1949450" cy="3070860"/>
            <wp:effectExtent l="0" t="0" r="0" b="0"/>
            <wp:wrapSquare wrapText="bothSides"/>
            <wp:docPr id="439255286" name="Picture 1" descr="a bird perched on top of a tree bra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bird perched on top of a tree branc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column"/>
      </w:r>
      <w:r>
        <w:rPr>
          <w:b/>
          <w:sz w:val="20"/>
        </w:rPr>
        <w:t>Psalm 148 (NIV)</w:t>
      </w:r>
      <w:r w:rsidRPr="00A50BF8">
        <w:rPr>
          <w:rFonts w:ascii="Segoe UI Emoji" w:eastAsia="Times New Roman" w:hAnsi="Segoe UI Emoji" w:cs="Segoe UI Emoji"/>
          <w:sz w:val="24"/>
          <w:szCs w:val="24"/>
        </w:rPr>
        <w:t xml:space="preserve"> </w:t>
      </w:r>
      <w:r w:rsidRPr="00A50BF8">
        <w:rPr>
          <w:rFonts w:ascii="Segoe UI Emoji" w:hAnsi="Segoe UI Emoji" w:cs="Segoe UI Emoji"/>
          <w:b/>
          <w:sz w:val="20"/>
        </w:rPr>
        <w:t>🌌</w:t>
      </w:r>
      <w:r w:rsidRPr="00A50BF8">
        <w:rPr>
          <w:b/>
          <w:sz w:val="20"/>
        </w:rPr>
        <w:t xml:space="preserve"> </w:t>
      </w:r>
      <w:r w:rsidRPr="00A50BF8">
        <w:rPr>
          <w:rFonts w:ascii="Segoe UI Emoji" w:hAnsi="Segoe UI Emoji" w:cs="Segoe UI Emoji"/>
          <w:b/>
          <w:sz w:val="20"/>
        </w:rPr>
        <w:t>✨</w:t>
      </w:r>
      <w:r w:rsidRPr="00A50BF8">
        <w:rPr>
          <w:b/>
          <w:sz w:val="20"/>
        </w:rPr>
        <w:t xml:space="preserve"> </w:t>
      </w:r>
      <w:r w:rsidRPr="00A50BF8">
        <w:rPr>
          <w:rFonts w:ascii="Segoe UI Emoji" w:hAnsi="Segoe UI Emoji" w:cs="Segoe UI Emoji"/>
          <w:b/>
          <w:sz w:val="20"/>
        </w:rPr>
        <w:t>⭐️</w:t>
      </w:r>
      <w:r w:rsidRPr="00A50BF8">
        <w:rPr>
          <w:b/>
          <w:sz w:val="20"/>
        </w:rPr>
        <w:t xml:space="preserve"> </w:t>
      </w:r>
      <w:r w:rsidRPr="00A50BF8">
        <w:rPr>
          <w:rFonts w:ascii="Segoe UI Emoji" w:hAnsi="Segoe UI Emoji" w:cs="Segoe UI Emoji"/>
          <w:b/>
          <w:sz w:val="20"/>
        </w:rPr>
        <w:t>🌟</w:t>
      </w:r>
      <w:r w:rsidRPr="00A50BF8">
        <w:rPr>
          <w:b/>
          <w:sz w:val="20"/>
        </w:rPr>
        <w:t xml:space="preserve"> </w:t>
      </w:r>
      <w:r w:rsidRPr="00A50BF8">
        <w:rPr>
          <w:rFonts w:ascii="Segoe UI Emoji" w:hAnsi="Segoe UI Emoji" w:cs="Segoe UI Emoji"/>
          <w:b/>
          <w:sz w:val="20"/>
        </w:rPr>
        <w:t>🌠</w:t>
      </w:r>
    </w:p>
    <w:p w14:paraId="7069D707" w14:textId="61890B1F" w:rsidR="00A50BF8" w:rsidRPr="007A2AC9" w:rsidRDefault="00000000">
      <w:pPr>
        <w:rPr>
          <w:sz w:val="28"/>
          <w:szCs w:val="28"/>
        </w:rPr>
        <w:sectPr w:rsidR="00A50BF8" w:rsidRPr="007A2AC9" w:rsidSect="00A50BF8">
          <w:type w:val="continuous"/>
          <w:pgSz w:w="12240" w:h="15840"/>
          <w:pgMar w:top="720" w:right="864" w:bottom="720" w:left="864" w:header="720" w:footer="720" w:gutter="0"/>
          <w:cols w:num="2" w:space="720"/>
          <w:docGrid w:linePitch="360"/>
        </w:sectPr>
      </w:pPr>
      <w:r w:rsidRPr="00A50BF8">
        <w:rPr>
          <w:sz w:val="20"/>
          <w:szCs w:val="28"/>
        </w:rPr>
        <w:t>Praise the Lord.</w:t>
      </w:r>
      <w:r w:rsidR="003E3417">
        <w:rPr>
          <w:sz w:val="20"/>
          <w:szCs w:val="28"/>
        </w:rPr>
        <w:br/>
      </w:r>
      <w:r w:rsidRPr="00A50BF8">
        <w:rPr>
          <w:sz w:val="20"/>
          <w:szCs w:val="28"/>
        </w:rPr>
        <w:br/>
        <w:t>Praise the Lord from the heavens;</w:t>
      </w:r>
      <w:r w:rsidRPr="00A50BF8">
        <w:rPr>
          <w:sz w:val="20"/>
          <w:szCs w:val="28"/>
        </w:rPr>
        <w:br/>
        <w:t>praise him in the heights above.</w:t>
      </w:r>
      <w:r w:rsidRPr="00A50BF8">
        <w:rPr>
          <w:sz w:val="20"/>
          <w:szCs w:val="28"/>
        </w:rPr>
        <w:br/>
        <w:t>Praise him, all his angels;</w:t>
      </w:r>
      <w:r w:rsidRPr="00A50BF8">
        <w:rPr>
          <w:sz w:val="20"/>
          <w:szCs w:val="28"/>
        </w:rPr>
        <w:br/>
        <w:t>praise him, all his heavenly hosts.</w:t>
      </w:r>
      <w:r w:rsidRPr="00A50BF8">
        <w:rPr>
          <w:sz w:val="20"/>
          <w:szCs w:val="28"/>
        </w:rPr>
        <w:br/>
        <w:t>Praise him, sun and moon;</w:t>
      </w:r>
      <w:r w:rsidRPr="00A50BF8">
        <w:rPr>
          <w:sz w:val="20"/>
          <w:szCs w:val="28"/>
        </w:rPr>
        <w:br/>
        <w:t>praise him, all you shining stars.</w:t>
      </w:r>
      <w:r w:rsidRPr="00A50BF8">
        <w:rPr>
          <w:sz w:val="20"/>
          <w:szCs w:val="28"/>
        </w:rPr>
        <w:br/>
        <w:t>Praise him, you highest heavens</w:t>
      </w:r>
      <w:r w:rsidRPr="00A50BF8">
        <w:rPr>
          <w:sz w:val="20"/>
          <w:szCs w:val="28"/>
        </w:rPr>
        <w:br/>
        <w:t>and you waters above the skies.</w:t>
      </w:r>
      <w:r w:rsidR="003E3417">
        <w:rPr>
          <w:sz w:val="20"/>
          <w:szCs w:val="28"/>
        </w:rPr>
        <w:br/>
      </w:r>
      <w:r w:rsidRPr="00A50BF8">
        <w:rPr>
          <w:sz w:val="20"/>
          <w:szCs w:val="28"/>
        </w:rPr>
        <w:br/>
        <w:t>Let them praise the name of the Lord,</w:t>
      </w:r>
      <w:r w:rsidRPr="00A50BF8">
        <w:rPr>
          <w:sz w:val="20"/>
          <w:szCs w:val="28"/>
        </w:rPr>
        <w:br/>
        <w:t>for at his command they were created,</w:t>
      </w:r>
      <w:r w:rsidRPr="00A50BF8">
        <w:rPr>
          <w:sz w:val="20"/>
          <w:szCs w:val="28"/>
        </w:rPr>
        <w:br/>
        <w:t>and he established them for ever and ever—</w:t>
      </w:r>
      <w:r w:rsidRPr="00A50BF8">
        <w:rPr>
          <w:sz w:val="20"/>
          <w:szCs w:val="28"/>
        </w:rPr>
        <w:br/>
        <w:t>he issued a decree that will never pass away.</w:t>
      </w:r>
      <w:r w:rsidRPr="00A50BF8">
        <w:rPr>
          <w:sz w:val="20"/>
          <w:szCs w:val="28"/>
        </w:rPr>
        <w:br/>
      </w:r>
      <w:r w:rsidR="003E3417">
        <w:rPr>
          <w:sz w:val="20"/>
          <w:szCs w:val="28"/>
        </w:rPr>
        <w:br/>
      </w:r>
      <w:r w:rsidRPr="00A50BF8">
        <w:rPr>
          <w:sz w:val="20"/>
          <w:szCs w:val="28"/>
        </w:rPr>
        <w:t>Praise the Lord from the earth,</w:t>
      </w:r>
      <w:r w:rsidRPr="00A50BF8">
        <w:rPr>
          <w:sz w:val="20"/>
          <w:szCs w:val="28"/>
        </w:rPr>
        <w:br/>
        <w:t>you great sea creatures and all ocean depths,</w:t>
      </w:r>
      <w:r w:rsidRPr="00A50BF8">
        <w:rPr>
          <w:sz w:val="20"/>
          <w:szCs w:val="28"/>
        </w:rPr>
        <w:br/>
        <w:t>lightning and hail, snow and clouds,</w:t>
      </w:r>
      <w:r w:rsidRPr="00A50BF8">
        <w:rPr>
          <w:sz w:val="20"/>
          <w:szCs w:val="28"/>
        </w:rPr>
        <w:br/>
        <w:t>stormy winds that do his bidding,</w:t>
      </w:r>
      <w:r w:rsidRPr="00A50BF8">
        <w:rPr>
          <w:sz w:val="20"/>
          <w:szCs w:val="28"/>
        </w:rPr>
        <w:br/>
        <w:t>you mountains and all hills,</w:t>
      </w:r>
      <w:r w:rsidRPr="00A50BF8">
        <w:rPr>
          <w:sz w:val="20"/>
          <w:szCs w:val="28"/>
        </w:rPr>
        <w:br/>
        <w:t>fruit trees and all cedars,</w:t>
      </w:r>
      <w:r w:rsidRPr="00A50BF8">
        <w:rPr>
          <w:sz w:val="20"/>
          <w:szCs w:val="28"/>
        </w:rPr>
        <w:br/>
        <w:t>wild animals and all cattle,</w:t>
      </w:r>
      <w:r w:rsidRPr="00A50BF8">
        <w:rPr>
          <w:sz w:val="20"/>
          <w:szCs w:val="28"/>
        </w:rPr>
        <w:br/>
        <w:t>small creatures and flying birds,</w:t>
      </w:r>
      <w:r w:rsidRPr="00A50BF8">
        <w:rPr>
          <w:sz w:val="20"/>
          <w:szCs w:val="28"/>
        </w:rPr>
        <w:br/>
        <w:t>kings of the earth and all nations,</w:t>
      </w:r>
      <w:r w:rsidRPr="00A50BF8">
        <w:rPr>
          <w:sz w:val="20"/>
          <w:szCs w:val="28"/>
        </w:rPr>
        <w:br/>
        <w:t>you princes and all rulers on earth,</w:t>
      </w:r>
      <w:r w:rsidRPr="00A50BF8">
        <w:rPr>
          <w:sz w:val="20"/>
          <w:szCs w:val="28"/>
        </w:rPr>
        <w:br/>
        <w:t>young men and women,</w:t>
      </w:r>
      <w:r w:rsidRPr="00A50BF8">
        <w:rPr>
          <w:sz w:val="20"/>
          <w:szCs w:val="28"/>
        </w:rPr>
        <w:br/>
        <w:t>old men and children.</w:t>
      </w:r>
      <w:r w:rsidRPr="00A50BF8">
        <w:rPr>
          <w:sz w:val="20"/>
          <w:szCs w:val="28"/>
        </w:rPr>
        <w:br/>
      </w:r>
      <w:r w:rsidR="003E3417">
        <w:rPr>
          <w:sz w:val="20"/>
          <w:szCs w:val="28"/>
        </w:rPr>
        <w:br/>
      </w:r>
      <w:r w:rsidRPr="00A50BF8">
        <w:rPr>
          <w:sz w:val="20"/>
          <w:szCs w:val="28"/>
        </w:rPr>
        <w:t>Let them praise the name of the Lord,</w:t>
      </w:r>
      <w:r w:rsidRPr="00A50BF8">
        <w:rPr>
          <w:sz w:val="20"/>
          <w:szCs w:val="28"/>
        </w:rPr>
        <w:br/>
        <w:t>for his name alone is exalted;</w:t>
      </w:r>
      <w:r w:rsidR="003E3417">
        <w:rPr>
          <w:sz w:val="20"/>
          <w:szCs w:val="28"/>
        </w:rPr>
        <w:br/>
      </w:r>
      <w:r w:rsidRPr="00A50BF8">
        <w:rPr>
          <w:sz w:val="20"/>
          <w:szCs w:val="28"/>
        </w:rPr>
        <w:br/>
        <w:t>his splendor is above the earth and the heavens.</w:t>
      </w:r>
      <w:r w:rsidRPr="00A50BF8">
        <w:rPr>
          <w:sz w:val="20"/>
          <w:szCs w:val="28"/>
        </w:rPr>
        <w:br/>
        <w:t>And he has raised up for his people a horn,</w:t>
      </w:r>
      <w:r w:rsidRPr="00A50BF8">
        <w:rPr>
          <w:sz w:val="20"/>
          <w:szCs w:val="28"/>
        </w:rPr>
        <w:br/>
        <w:t>the praise of all his faithful servants,</w:t>
      </w:r>
      <w:r w:rsidRPr="00A50BF8">
        <w:rPr>
          <w:sz w:val="20"/>
          <w:szCs w:val="28"/>
        </w:rPr>
        <w:br/>
        <w:t>of Israel, the people close to his heart.</w:t>
      </w:r>
      <w:r w:rsidR="003E3417">
        <w:rPr>
          <w:sz w:val="20"/>
          <w:szCs w:val="28"/>
        </w:rPr>
        <w:br/>
      </w:r>
      <w:r w:rsidRPr="00A50BF8">
        <w:rPr>
          <w:sz w:val="20"/>
          <w:szCs w:val="28"/>
        </w:rPr>
        <w:br/>
        <w:t>Praise the Lord</w:t>
      </w:r>
    </w:p>
    <w:p w14:paraId="633D344D" w14:textId="39C1CAC5" w:rsidR="00CC1B56" w:rsidRDefault="00CC1B56" w:rsidP="007A2AC9"/>
    <w:sectPr w:rsidR="00CC1B56" w:rsidSect="00A50BF8">
      <w:type w:val="continuous"/>
      <w:pgSz w:w="12240" w:h="15840"/>
      <w:pgMar w:top="720" w:right="864" w:bottom="72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067800742">
    <w:abstractNumId w:val="8"/>
  </w:num>
  <w:num w:numId="2" w16cid:durableId="703560867">
    <w:abstractNumId w:val="6"/>
  </w:num>
  <w:num w:numId="3" w16cid:durableId="976453553">
    <w:abstractNumId w:val="5"/>
  </w:num>
  <w:num w:numId="4" w16cid:durableId="1170489277">
    <w:abstractNumId w:val="4"/>
  </w:num>
  <w:num w:numId="5" w16cid:durableId="1758213353">
    <w:abstractNumId w:val="7"/>
  </w:num>
  <w:num w:numId="6" w16cid:durableId="1473602074">
    <w:abstractNumId w:val="3"/>
  </w:num>
  <w:num w:numId="7" w16cid:durableId="185018946">
    <w:abstractNumId w:val="2"/>
  </w:num>
  <w:num w:numId="8" w16cid:durableId="259028792">
    <w:abstractNumId w:val="1"/>
  </w:num>
  <w:num w:numId="9" w16cid:durableId="12105301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632EB"/>
    <w:rsid w:val="0015074B"/>
    <w:rsid w:val="002504C2"/>
    <w:rsid w:val="0029639D"/>
    <w:rsid w:val="00326F90"/>
    <w:rsid w:val="003E3417"/>
    <w:rsid w:val="006C6682"/>
    <w:rsid w:val="007A2AC9"/>
    <w:rsid w:val="00A50BF8"/>
    <w:rsid w:val="00AA1D8D"/>
    <w:rsid w:val="00B47730"/>
    <w:rsid w:val="00CB0664"/>
    <w:rsid w:val="00CC1B56"/>
    <w:rsid w:val="00EC591D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817D93"/>
  <w14:defaultImageDpi w14:val="300"/>
  <w15:docId w15:val="{3FA50BD3-ED08-40E3-B35A-4F0386D0D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A50BF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336</Words>
  <Characters>1346</Characters>
  <Application>Microsoft Office Word</Application>
  <DocSecurity>0</DocSecurity>
  <Lines>64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Laura</cp:lastModifiedBy>
  <cp:revision>2</cp:revision>
  <cp:lastPrinted>2026-02-20T14:39:00Z</cp:lastPrinted>
  <dcterms:created xsi:type="dcterms:W3CDTF">2026-02-20T15:06:00Z</dcterms:created>
  <dcterms:modified xsi:type="dcterms:W3CDTF">2026-02-20T15:06:00Z</dcterms:modified>
  <cp:category/>
</cp:coreProperties>
</file>