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F4D59" w14:textId="47C4D7D4" w:rsidR="005E70DE" w:rsidRDefault="00723861" w:rsidP="00723861">
      <w:pPr>
        <w:pStyle w:val="Title"/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B3CA254" wp14:editId="00605B3A">
            <wp:simplePos x="0" y="0"/>
            <wp:positionH relativeFrom="column">
              <wp:posOffset>4377582</wp:posOffset>
            </wp:positionH>
            <wp:positionV relativeFrom="paragraph">
              <wp:posOffset>534574</wp:posOffset>
            </wp:positionV>
            <wp:extent cx="1293495" cy="740410"/>
            <wp:effectExtent l="0" t="0" r="1905" b="2540"/>
            <wp:wrapNone/>
            <wp:docPr id="1432104967" name="Picture 1" descr="Raindrops on a pine 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04967" name="Picture 1432104967" descr="Raindrops on a pine needl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5AE">
        <w:t xml:space="preserve">🌲 Biomimicry Worksheet: </w:t>
      </w:r>
      <w:r>
        <w:t xml:space="preserve">  </w:t>
      </w:r>
      <w:r w:rsidRPr="00723861">
        <w:rPr>
          <w:sz w:val="24"/>
          <w:szCs w:val="24"/>
        </w:rPr>
        <w:t>PIONEERS &amp; PATRIOTS</w:t>
      </w:r>
      <w:r>
        <w:br/>
      </w:r>
      <w:r w:rsidR="004005AE">
        <w:t>Pine Branches &amp; Roof Pitch 🏠</w:t>
      </w:r>
    </w:p>
    <w:p w14:paraId="09136678" w14:textId="13BE6D63" w:rsidR="00723861" w:rsidRDefault="00723861">
      <w:pPr>
        <w:rPr>
          <w:b/>
        </w:rPr>
        <w:sectPr w:rsidR="00723861" w:rsidSect="000346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3E6FFF7" w14:textId="77777777" w:rsidR="005E70DE" w:rsidRDefault="004005AE">
      <w:r>
        <w:rPr>
          <w:b/>
        </w:rPr>
        <w:t>Challenge in Nature:</w:t>
      </w:r>
    </w:p>
    <w:p w14:paraId="4FF655C9" w14:textId="77777777" w:rsidR="005E70DE" w:rsidRDefault="004005AE">
      <w:r>
        <w:t>Pine trees grow strong branches at diagonal angles so that:</w:t>
      </w:r>
    </w:p>
    <w:p w14:paraId="3845DC8F" w14:textId="77777777" w:rsidR="005E70DE" w:rsidRDefault="004005AE">
      <w:r>
        <w:t>✔ Heavy snow slides off ❄️</w:t>
      </w:r>
    </w:p>
    <w:p w14:paraId="6B2B19F0" w14:textId="77777777" w:rsidR="005E70DE" w:rsidRDefault="004005AE">
      <w:r>
        <w:t>✔ Wind load is distributed evenly 💨</w:t>
      </w:r>
    </w:p>
    <w:p w14:paraId="6F8EEAAB" w14:textId="77777777" w:rsidR="005E70DE" w:rsidRDefault="004005AE">
      <w:r>
        <w:t>✔ The trunk doesn’t break 🌳</w:t>
      </w:r>
    </w:p>
    <w:p w14:paraId="58CDA445" w14:textId="77777777" w:rsidR="005E70DE" w:rsidRDefault="004005AE">
      <w:r>
        <w:t>✔ The branch supports weight without collapsing 💪</w:t>
      </w:r>
    </w:p>
    <w:p w14:paraId="4E36E812" w14:textId="77777777" w:rsidR="005E70DE" w:rsidRDefault="004005AE">
      <w:r>
        <w:rPr>
          <w:b/>
        </w:rPr>
        <w:t>Human Problem:</w:t>
      </w:r>
    </w:p>
    <w:p w14:paraId="2B71CE63" w14:textId="77777777" w:rsidR="005E70DE" w:rsidRDefault="004005AE">
      <w:r>
        <w:t>Roofs can fail from heavy snow loads because:</w:t>
      </w:r>
    </w:p>
    <w:p w14:paraId="48076942" w14:textId="77777777" w:rsidR="005E70DE" w:rsidRDefault="004005AE">
      <w:r>
        <w:t>❌ Snow builds up and stays</w:t>
      </w:r>
    </w:p>
    <w:p w14:paraId="5F5DD2C8" w14:textId="77777777" w:rsidR="005E70DE" w:rsidRDefault="004005AE">
      <w:r>
        <w:t>❌ Flat surfaces trap weight</w:t>
      </w:r>
    </w:p>
    <w:p w14:paraId="2D6C1946" w14:textId="6F380BCB" w:rsidR="005E70DE" w:rsidRDefault="00723861"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83624E1" wp14:editId="058FE9BB">
            <wp:simplePos x="0" y="0"/>
            <wp:positionH relativeFrom="column">
              <wp:posOffset>595223</wp:posOffset>
            </wp:positionH>
            <wp:positionV relativeFrom="paragraph">
              <wp:posOffset>711020</wp:posOffset>
            </wp:positionV>
            <wp:extent cx="2471469" cy="1647646"/>
            <wp:effectExtent l="0" t="0" r="5080" b="0"/>
            <wp:wrapNone/>
            <wp:docPr id="775768753" name="Picture 2" descr="Wooden houses under 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68753" name="Picture 775768753" descr="Wooden houses under constructio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5352" cy="16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5AE">
        <w:t>❌ Poor angles make water and snow sit too long</w:t>
      </w:r>
    </w:p>
    <w:p w14:paraId="484EB6C6" w14:textId="77777777" w:rsidR="00723861" w:rsidRDefault="00723861">
      <w:pPr>
        <w:sectPr w:rsidR="00723861" w:rsidSect="00723861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27126B5F" w14:textId="1B2ED898" w:rsidR="005E70DE" w:rsidRDefault="004005AE">
      <w:r>
        <w:t xml:space="preserve"> </w:t>
      </w:r>
    </w:p>
    <w:p w14:paraId="08ADE64B" w14:textId="6630831E" w:rsidR="005E70DE" w:rsidRDefault="004005AE">
      <w:r>
        <w:rPr>
          <w:b/>
        </w:rPr>
        <w:t>Biomimicry Solution:</w:t>
      </w:r>
    </w:p>
    <w:p w14:paraId="1268895D" w14:textId="6975DCDF" w:rsidR="005E70DE" w:rsidRDefault="004005AE">
      <w:r>
        <w:t xml:space="preserve">Design a roof with a diagonal pitch </w:t>
      </w:r>
      <w:r w:rsidR="00723861">
        <w:t>(</w:t>
      </w:r>
      <w:r>
        <w:t>like pine branches</w:t>
      </w:r>
      <w:r w:rsidR="00723861">
        <w:t xml:space="preserve">) </w:t>
      </w:r>
      <w:r w:rsidR="00723861">
        <w:br/>
      </w:r>
      <w:r>
        <w:t>so snow slides off naturally! 🏠🌲</w:t>
      </w:r>
    </w:p>
    <w:p w14:paraId="4F6A7E84" w14:textId="6799BEF5" w:rsidR="005E70DE" w:rsidRDefault="004005AE">
      <w:r>
        <w:t xml:space="preserve"> </w:t>
      </w:r>
    </w:p>
    <w:p w14:paraId="6A08E5B5" w14:textId="3422BC21" w:rsidR="00723861" w:rsidRDefault="00723861">
      <w:pPr>
        <w:rPr>
          <w:b/>
        </w:rPr>
        <w:sectPr w:rsidR="00723861" w:rsidSect="00723861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3845D9A" w14:textId="77777777" w:rsidR="005E70DE" w:rsidRDefault="004005AE">
      <w:r>
        <w:rPr>
          <w:b/>
        </w:rPr>
        <w:t>Success Criteria:</w:t>
      </w:r>
    </w:p>
    <w:p w14:paraId="4807BA02" w14:textId="77777777" w:rsidR="005E70DE" w:rsidRDefault="004005AE">
      <w:r>
        <w:t>✔ Roof sheds snow effectively</w:t>
      </w:r>
    </w:p>
    <w:p w14:paraId="6B77A921" w14:textId="77777777" w:rsidR="005E70DE" w:rsidRDefault="004005AE">
      <w:r>
        <w:t>✔ Structure stays strong</w:t>
      </w:r>
    </w:p>
    <w:p w14:paraId="68A03EFD" w14:textId="77777777" w:rsidR="005E70DE" w:rsidRDefault="004005AE">
      <w:r>
        <w:t>✔ Uses materials efficiently</w:t>
      </w:r>
    </w:p>
    <w:p w14:paraId="669D4E3E" w14:textId="77777777" w:rsidR="005E70DE" w:rsidRDefault="004005AE">
      <w:r>
        <w:t>✔ Meets building codes</w:t>
      </w:r>
    </w:p>
    <w:p w14:paraId="3BCF94AA" w14:textId="77777777" w:rsidR="005E70DE" w:rsidRDefault="004005AE">
      <w:r>
        <w:t xml:space="preserve"> </w:t>
      </w:r>
    </w:p>
    <w:p w14:paraId="25870611" w14:textId="6FE123CB" w:rsidR="005E70DE" w:rsidRDefault="004005AE">
      <w:r>
        <w:rPr>
          <w:b/>
        </w:rPr>
        <w:t>Constraints:</w:t>
      </w:r>
    </w:p>
    <w:p w14:paraId="48007884" w14:textId="77777777" w:rsidR="005E70DE" w:rsidRDefault="004005AE">
      <w:r>
        <w:t>📌 Materials available</w:t>
      </w:r>
    </w:p>
    <w:p w14:paraId="551C3E96" w14:textId="73947194" w:rsidR="005E70DE" w:rsidRDefault="004005AE">
      <w:r>
        <w:t>📌 Time to build</w:t>
      </w:r>
    </w:p>
    <w:p w14:paraId="3799EA24" w14:textId="154BA5EF" w:rsidR="005E70DE" w:rsidRDefault="004005AE">
      <w:r>
        <w:t>📌 Cost of production 💰</w:t>
      </w:r>
    </w:p>
    <w:p w14:paraId="26B84544" w14:textId="421879EA" w:rsidR="005E70DE" w:rsidRDefault="004005AE">
      <w:r>
        <w:t>📌 Safety codes</w:t>
      </w:r>
    </w:p>
    <w:p w14:paraId="726142DE" w14:textId="77777777" w:rsidR="00723861" w:rsidRDefault="00723861">
      <w:pPr>
        <w:sectPr w:rsidR="00723861" w:rsidSect="00723861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0646018C" w14:textId="77777777" w:rsidR="005E70DE" w:rsidRDefault="004005AE">
      <w:r>
        <w:t xml:space="preserve"> </w:t>
      </w:r>
    </w:p>
    <w:p w14:paraId="0E020674" w14:textId="77777777" w:rsidR="005E70DE" w:rsidRDefault="004005AE">
      <w:pPr>
        <w:pStyle w:val="Heading1"/>
      </w:pPr>
      <w:r>
        <w:lastRenderedPageBreak/>
        <w:t>📝 Fill in the Blanks!</w:t>
      </w:r>
    </w:p>
    <w:p w14:paraId="7EBE4C9B" w14:textId="77777777" w:rsidR="005E70DE" w:rsidRDefault="004005AE">
      <w:r>
        <w:t>1️⃣ The problem we are trying to solve is: ________________________________</w:t>
      </w:r>
    </w:p>
    <w:p w14:paraId="658DC68D" w14:textId="77777777" w:rsidR="005E70DE" w:rsidRDefault="004005AE">
      <w:r>
        <w:t xml:space="preserve"> </w:t>
      </w:r>
    </w:p>
    <w:p w14:paraId="0B06ECF6" w14:textId="77777777" w:rsidR="005E70DE" w:rsidRDefault="004005AE">
      <w:r>
        <w:t>2️⃣ The natural design we copied is: ________________________________</w:t>
      </w:r>
    </w:p>
    <w:p w14:paraId="23BD55C3" w14:textId="77777777" w:rsidR="005E70DE" w:rsidRDefault="004005AE">
      <w:r>
        <w:t xml:space="preserve"> </w:t>
      </w:r>
    </w:p>
    <w:p w14:paraId="318FDCC1" w14:textId="77777777" w:rsidR="005E70DE" w:rsidRDefault="004005AE">
      <w:r>
        <w:t>3️⃣ Our roof pitch angle will be: ________________________________</w:t>
      </w:r>
    </w:p>
    <w:p w14:paraId="77149374" w14:textId="77777777" w:rsidR="005E70DE" w:rsidRDefault="004005AE">
      <w:r>
        <w:t xml:space="preserve"> </w:t>
      </w:r>
    </w:p>
    <w:p w14:paraId="6B69C3F2" w14:textId="77777777" w:rsidR="005E70DE" w:rsidRDefault="004005AE">
      <w:r>
        <w:t>4️⃣ One material we will use is: ________________________________</w:t>
      </w:r>
    </w:p>
    <w:p w14:paraId="538F1007" w14:textId="77777777" w:rsidR="005E70DE" w:rsidRDefault="004005AE">
      <w:r>
        <w:t xml:space="preserve"> </w:t>
      </w:r>
    </w:p>
    <w:p w14:paraId="3266B2C9" w14:textId="77777777" w:rsidR="005E70DE" w:rsidRDefault="004005AE">
      <w:r>
        <w:t>5️⃣ One constraint we must think about is: ________________________________</w:t>
      </w:r>
    </w:p>
    <w:p w14:paraId="28E5A57C" w14:textId="4A85554C" w:rsidR="005E70DE" w:rsidRDefault="00723861">
      <w:r>
        <w:rPr>
          <w:noProof/>
        </w:rPr>
        <w:drawing>
          <wp:anchor distT="0" distB="0" distL="114300" distR="114300" simplePos="0" relativeHeight="251660288" behindDoc="0" locked="0" layoutInCell="1" allowOverlap="1" wp14:anchorId="037DB2ED" wp14:editId="352EE4CC">
            <wp:simplePos x="0" y="0"/>
            <wp:positionH relativeFrom="column">
              <wp:posOffset>3117946</wp:posOffset>
            </wp:positionH>
            <wp:positionV relativeFrom="paragraph">
              <wp:posOffset>6350</wp:posOffset>
            </wp:positionV>
            <wp:extent cx="3128645" cy="1535430"/>
            <wp:effectExtent l="0" t="0" r="0" b="7620"/>
            <wp:wrapNone/>
            <wp:docPr id="1329998857" name="Picture 3" descr="Frost covered pine needles and bra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98857" name="Picture 1329998857" descr="Frost covered pine needles and branche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5AE">
        <w:t xml:space="preserve"> </w:t>
      </w:r>
    </w:p>
    <w:p w14:paraId="0D0A3F12" w14:textId="31173AF2" w:rsidR="005E70DE" w:rsidRDefault="004005AE">
      <w:r>
        <w:t>🌟 Bonus: Draw your roof design</w:t>
      </w:r>
      <w:r w:rsidR="00723861">
        <w:t>s</w:t>
      </w:r>
      <w:r>
        <w:t xml:space="preserve"> </w:t>
      </w:r>
      <w:r w:rsidR="00723861">
        <w:t>on this page</w:t>
      </w:r>
      <w:r>
        <w:t>!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5E70DE" w14:paraId="08A840FF" w14:textId="77777777">
        <w:tc>
          <w:tcPr>
            <w:tcW w:w="8640" w:type="dxa"/>
          </w:tcPr>
          <w:p w14:paraId="5D2251C8" w14:textId="04B262CF" w:rsidR="005E70DE" w:rsidRDefault="004005AE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39D23A39" w14:textId="77777777" w:rsidR="004005AE" w:rsidRDefault="004005AE"/>
    <w:sectPr w:rsidR="004005AE" w:rsidSect="00723861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09547674">
    <w:abstractNumId w:val="8"/>
  </w:num>
  <w:num w:numId="2" w16cid:durableId="1614746039">
    <w:abstractNumId w:val="6"/>
  </w:num>
  <w:num w:numId="3" w16cid:durableId="1157965481">
    <w:abstractNumId w:val="5"/>
  </w:num>
  <w:num w:numId="4" w16cid:durableId="437524564">
    <w:abstractNumId w:val="4"/>
  </w:num>
  <w:num w:numId="5" w16cid:durableId="713650974">
    <w:abstractNumId w:val="7"/>
  </w:num>
  <w:num w:numId="6" w16cid:durableId="1133904811">
    <w:abstractNumId w:val="3"/>
  </w:num>
  <w:num w:numId="7" w16cid:durableId="1226375599">
    <w:abstractNumId w:val="2"/>
  </w:num>
  <w:num w:numId="8" w16cid:durableId="1067142821">
    <w:abstractNumId w:val="1"/>
  </w:num>
  <w:num w:numId="9" w16cid:durableId="1943418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504C2"/>
    <w:rsid w:val="0029639D"/>
    <w:rsid w:val="00326F90"/>
    <w:rsid w:val="004005AE"/>
    <w:rsid w:val="00576293"/>
    <w:rsid w:val="005E70DE"/>
    <w:rsid w:val="00723861"/>
    <w:rsid w:val="00AA1D8D"/>
    <w:rsid w:val="00B14D41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0F3BC7"/>
  <w14:defaultImageDpi w14:val="300"/>
  <w15:docId w15:val="{3FA50BD3-ED08-40E3-B35A-4F0386D0D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1008</Characters>
  <Application>Microsoft Office Word</Application>
  <DocSecurity>0</DocSecurity>
  <Lines>48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Laura</cp:lastModifiedBy>
  <cp:revision>2</cp:revision>
  <dcterms:created xsi:type="dcterms:W3CDTF">2026-02-20T15:17:00Z</dcterms:created>
  <dcterms:modified xsi:type="dcterms:W3CDTF">2026-02-20T15:17:00Z</dcterms:modified>
  <cp:category/>
</cp:coreProperties>
</file>